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3A0" w:rsidRPr="000933A0" w:rsidRDefault="000933A0" w:rsidP="000933A0">
      <w:pPr>
        <w:rPr>
          <w:rFonts w:ascii="Arial" w:hAnsi="Arial" w:cs="Arial"/>
          <w:b/>
          <w:lang w:val="tr-TR"/>
        </w:rPr>
      </w:pPr>
      <w:r w:rsidRPr="000933A0">
        <w:rPr>
          <w:rFonts w:ascii="Arial" w:hAnsi="Arial" w:cs="Arial"/>
          <w:b/>
          <w:lang w:val="tr-TR"/>
        </w:rPr>
        <w:t>EK-</w:t>
      </w:r>
      <w:r>
        <w:rPr>
          <w:rFonts w:ascii="Arial" w:hAnsi="Arial" w:cs="Arial"/>
          <w:b/>
          <w:lang w:val="tr-TR"/>
        </w:rPr>
        <w:t>2</w:t>
      </w:r>
      <w:r w:rsidRPr="000933A0">
        <w:rPr>
          <w:rFonts w:ascii="Arial" w:hAnsi="Arial" w:cs="Arial"/>
          <w:b/>
          <w:lang w:val="tr-TR"/>
        </w:rPr>
        <w:t xml:space="preserve">: </w:t>
      </w:r>
      <w:r>
        <w:rPr>
          <w:rFonts w:ascii="Arial" w:hAnsi="Arial" w:cs="Arial"/>
          <w:b/>
          <w:lang w:val="tr-TR"/>
        </w:rPr>
        <w:t>Üretken Yapay Zekâ Kullanımı Beyanı</w:t>
      </w:r>
    </w:p>
    <w:p w:rsidR="000933A0" w:rsidRPr="000933A0" w:rsidRDefault="000933A0" w:rsidP="000933A0">
      <w:pPr>
        <w:spacing w:after="0" w:line="240" w:lineRule="auto"/>
        <w:rPr>
          <w:rFonts w:ascii="Arial" w:eastAsia="Times New Roman" w:hAnsi="Arial" w:cs="Arial"/>
          <w:sz w:val="24"/>
          <w:szCs w:val="24"/>
          <w:lang w:val="tr-TR"/>
        </w:rPr>
      </w:pPr>
    </w:p>
    <w:p w:rsidR="000933A0" w:rsidRPr="000933A0" w:rsidRDefault="000933A0" w:rsidP="000933A0">
      <w:pPr>
        <w:spacing w:after="60" w:line="240" w:lineRule="auto"/>
        <w:jc w:val="center"/>
        <w:rPr>
          <w:rFonts w:ascii="Arial" w:hAnsi="Arial" w:cs="Arial"/>
          <w:b/>
          <w:sz w:val="24"/>
          <w:szCs w:val="24"/>
          <w:lang w:val="tr-TR"/>
        </w:rPr>
      </w:pPr>
      <w:r w:rsidRPr="000933A0">
        <w:rPr>
          <w:rFonts w:ascii="Arial" w:hAnsi="Arial" w:cs="Arial"/>
          <w:b/>
          <w:sz w:val="24"/>
          <w:szCs w:val="24"/>
          <w:lang w:val="tr-TR"/>
        </w:rPr>
        <w:t>TMMOB MİMARLAR ODASI İZMİR ŞUBESİ</w:t>
      </w:r>
    </w:p>
    <w:p w:rsidR="004701A8" w:rsidRPr="000933A0" w:rsidRDefault="000933A0" w:rsidP="000933A0">
      <w:pPr>
        <w:spacing w:after="60" w:line="240" w:lineRule="auto"/>
        <w:jc w:val="center"/>
        <w:rPr>
          <w:rFonts w:ascii="Arial" w:eastAsia="Times New Roman" w:hAnsi="Arial" w:cs="Arial"/>
          <w:szCs w:val="24"/>
          <w:lang w:val="tr-TR"/>
        </w:rPr>
      </w:pPr>
      <w:r w:rsidRPr="000933A0">
        <w:rPr>
          <w:rFonts w:ascii="Arial" w:hAnsi="Arial" w:cs="Arial"/>
          <w:b/>
          <w:sz w:val="32"/>
          <w:szCs w:val="36"/>
          <w:lang w:val="tr-TR"/>
        </w:rPr>
        <w:t>EGE MİMARLIK DERGİSİ KAPAK YARIŞMASI</w:t>
      </w:r>
      <w:r w:rsidR="00904B37" w:rsidRPr="00904B37">
        <w:rPr>
          <w:rFonts w:ascii="Arial" w:hAnsi="Arial" w:cs="Arial"/>
          <w:b/>
          <w:lang w:val="tr-TR"/>
        </w:rPr>
        <w:br/>
        <w:t>ÜRETKEN YAPAY ZEKÂ (ÜYZ) KULLANIMI BEYANI</w:t>
      </w:r>
    </w:p>
    <w:p w:rsidR="000933A0" w:rsidRDefault="000933A0" w:rsidP="000933A0">
      <w:pPr>
        <w:spacing w:after="40" w:line="240" w:lineRule="auto"/>
        <w:rPr>
          <w:rFonts w:ascii="Arial" w:hAnsi="Arial" w:cs="Arial"/>
          <w:b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b/>
          <w:sz w:val="20"/>
          <w:lang w:val="tr-TR"/>
        </w:rPr>
        <w:t>Çalışmanın</w:t>
      </w:r>
      <w:r w:rsidRPr="00904B37">
        <w:rPr>
          <w:rFonts w:ascii="Arial" w:hAnsi="Arial" w:cs="Arial"/>
          <w:b/>
          <w:sz w:val="20"/>
          <w:lang w:val="tr-TR"/>
        </w:rPr>
        <w:t xml:space="preserve"> Başlığı: </w:t>
      </w:r>
      <w:proofErr w:type="gramStart"/>
      <w:r w:rsidRPr="00904B37">
        <w:rPr>
          <w:rFonts w:ascii="Arial" w:hAnsi="Arial" w:cs="Arial"/>
          <w:b/>
          <w:sz w:val="20"/>
          <w:lang w:val="tr-TR"/>
        </w:rPr>
        <w:t>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2D3D5F">
        <w:rPr>
          <w:rFonts w:ascii="Arial" w:hAnsi="Arial" w:cs="Arial"/>
          <w:b/>
          <w:sz w:val="20"/>
          <w:lang w:val="tr-TR"/>
        </w:rPr>
        <w:t>Eser Sahibi/</w:t>
      </w:r>
      <w:r>
        <w:rPr>
          <w:rFonts w:ascii="Arial" w:hAnsi="Arial" w:cs="Arial"/>
          <w:b/>
          <w:sz w:val="20"/>
          <w:lang w:val="tr-TR"/>
        </w:rPr>
        <w:t>Ekip Temsilcisi</w:t>
      </w:r>
      <w:r w:rsidRPr="00904B37">
        <w:rPr>
          <w:rFonts w:ascii="Arial" w:hAnsi="Arial" w:cs="Arial"/>
          <w:b/>
          <w:sz w:val="20"/>
          <w:lang w:val="tr-TR"/>
        </w:rPr>
        <w:t xml:space="preserve">: </w:t>
      </w:r>
      <w:proofErr w:type="gramStart"/>
      <w:r w:rsidRPr="00904B37">
        <w:rPr>
          <w:rFonts w:ascii="Arial" w:hAnsi="Arial" w:cs="Arial"/>
          <w:b/>
          <w:sz w:val="20"/>
          <w:lang w:val="tr-TR"/>
        </w:rPr>
        <w:t>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b/>
          <w:sz w:val="20"/>
          <w:lang w:val="tr-TR"/>
        </w:rPr>
        <w:t>Gönderim Tarihi: ... / ... / 20…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Bu </w:t>
      </w:r>
      <w:r>
        <w:rPr>
          <w:rFonts w:ascii="Arial" w:hAnsi="Arial" w:cs="Arial"/>
          <w:sz w:val="20"/>
          <w:lang w:val="tr-TR"/>
        </w:rPr>
        <w:t>çalışmanın</w:t>
      </w:r>
      <w:r w:rsidRPr="00904B37">
        <w:rPr>
          <w:rFonts w:ascii="Arial" w:hAnsi="Arial" w:cs="Arial"/>
          <w:sz w:val="20"/>
          <w:lang w:val="tr-TR"/>
        </w:rPr>
        <w:t xml:space="preserve"> hazırlık sürecinde üretken yapay zekâ araçlarının kullanım durumunu aşağıda beyan ederim.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K</w:t>
      </w:r>
      <w:r w:rsidRPr="00904B37">
        <w:rPr>
          <w:rFonts w:ascii="Arial" w:hAnsi="Arial" w:cs="Arial"/>
          <w:sz w:val="20"/>
          <w:lang w:val="tr-TR"/>
        </w:rPr>
        <w:t>ullanılmadı.</w:t>
      </w:r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>
        <w:rPr>
          <w:rFonts w:ascii="Arial" w:hAnsi="Arial" w:cs="Arial"/>
          <w:sz w:val="20"/>
          <w:lang w:val="tr-TR"/>
        </w:rPr>
        <w:t xml:space="preserve"> K</w:t>
      </w:r>
      <w:r w:rsidRPr="00904B37">
        <w:rPr>
          <w:rFonts w:ascii="Arial" w:hAnsi="Arial" w:cs="Arial"/>
          <w:sz w:val="20"/>
          <w:lang w:val="tr-TR"/>
        </w:rPr>
        <w:t>ullanıldı.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>Kullanılan araç(</w:t>
      </w:r>
      <w:proofErr w:type="spellStart"/>
      <w:r w:rsidRPr="00904B37">
        <w:rPr>
          <w:rFonts w:ascii="Arial" w:hAnsi="Arial" w:cs="Arial"/>
          <w:sz w:val="20"/>
          <w:lang w:val="tr-TR"/>
        </w:rPr>
        <w:t>lar</w:t>
      </w:r>
      <w:proofErr w:type="spellEnd"/>
      <w:r w:rsidRPr="00904B37">
        <w:rPr>
          <w:rFonts w:ascii="Arial" w:hAnsi="Arial" w:cs="Arial"/>
          <w:sz w:val="20"/>
          <w:lang w:val="tr-TR"/>
        </w:rPr>
        <w:t xml:space="preserve">):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>Kullanım amacı (uygun olanları işaretleyiniz):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Görsel üretimi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Görsel düzenleme / dönüştürme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 xml:space="preserve">Grafik / tipografi üretimi veya düzenlemesi 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Fikir / konsept geliştirme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</w:t>
      </w:r>
      <w:r>
        <w:rPr>
          <w:rFonts w:ascii="Arial" w:hAnsi="Arial" w:cs="Arial"/>
          <w:sz w:val="20"/>
          <w:lang w:val="tr-TR"/>
        </w:rPr>
        <w:t>Metin üretimi / düzenlemesi</w:t>
      </w:r>
      <w:r w:rsidRPr="00904B37">
        <w:rPr>
          <w:rFonts w:ascii="Arial" w:hAnsi="Arial" w:cs="Arial"/>
          <w:sz w:val="20"/>
          <w:lang w:val="tr-TR"/>
        </w:rPr>
        <w:br/>
      </w:r>
      <w:r w:rsidRPr="00904B37">
        <w:rPr>
          <w:rFonts w:ascii="MS Gothic" w:eastAsia="MS Gothic" w:hAnsi="MS Gothic" w:cs="MS Gothic"/>
          <w:sz w:val="20"/>
          <w:lang w:val="tr-TR"/>
        </w:rPr>
        <w:t>☐</w:t>
      </w:r>
      <w:r w:rsidRPr="00904B37">
        <w:rPr>
          <w:rFonts w:ascii="Arial" w:hAnsi="Arial" w:cs="Arial"/>
          <w:sz w:val="20"/>
          <w:lang w:val="tr-TR"/>
        </w:rPr>
        <w:t xml:space="preserve"> Diğer: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2D3D5F">
        <w:rPr>
          <w:rFonts w:ascii="Arial" w:hAnsi="Arial" w:cs="Arial"/>
          <w:sz w:val="20"/>
          <w:lang w:val="tr-TR"/>
        </w:rPr>
        <w:t>Çalışmanın üretim sürecinde yapay zekânın kullanımına ilişkin kısa açıklama: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bookmarkStart w:id="0" w:name="_GoBack"/>
      <w:bookmarkEnd w:id="0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b/>
          <w:sz w:val="20"/>
          <w:lang w:val="tr-TR"/>
        </w:rPr>
        <w:t xml:space="preserve">Yarışmacı </w:t>
      </w:r>
      <w:r w:rsidRPr="00904B37">
        <w:rPr>
          <w:rFonts w:ascii="Arial" w:hAnsi="Arial" w:cs="Arial"/>
          <w:b/>
          <w:sz w:val="20"/>
          <w:lang w:val="tr-TR"/>
        </w:rPr>
        <w:t>Beyanı</w:t>
      </w:r>
    </w:p>
    <w:p w:rsidR="000933A0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2D3D5F">
        <w:rPr>
          <w:rFonts w:ascii="Arial" w:hAnsi="Arial" w:cs="Arial"/>
          <w:sz w:val="20"/>
          <w:lang w:val="tr-TR"/>
        </w:rPr>
        <w:t>Üretken yapay zekâ araçları kullanılmış olsa dahi, çalışmanın yarışma şartnamesine uygunluğundan, özgünlüğünden ve üçüncü kişilerin fikrî ve sınai mülkiyet haklarını ihlal etmemesinden tarafım/tarafımız sorumludur. Kullanılan yapay zekâ araçlarının ve kullanım biçiminin yukarıda doğru ve eksiksiz şekilde beyan edildiğini; çalışma ile ilgili bu beyana aykırı bir durumun tespiti hâlinde yarışma şartnamesinde belirtilen hükümlerin uygulanmasını kabul ve beyan ederim/ederiz.</w:t>
      </w:r>
    </w:p>
    <w:p w:rsidR="000933A0" w:rsidRPr="002D3D5F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sz w:val="20"/>
          <w:lang w:val="tr-TR"/>
        </w:rPr>
        <w:t>Eser Sahibi/Ekip Temsilcisi</w:t>
      </w:r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Adı Soyadı: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0933A0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İmza: </w:t>
      </w:r>
      <w:proofErr w:type="gramStart"/>
      <w:r w:rsidRPr="00904B37">
        <w:rPr>
          <w:rFonts w:ascii="Arial" w:hAnsi="Arial" w:cs="Arial"/>
          <w:sz w:val="20"/>
          <w:lang w:val="tr-TR"/>
        </w:rPr>
        <w:t>............................................................</w:t>
      </w:r>
      <w:proofErr w:type="gramEnd"/>
    </w:p>
    <w:p w:rsidR="004701A8" w:rsidRPr="00904B37" w:rsidRDefault="000933A0" w:rsidP="000933A0">
      <w:pPr>
        <w:spacing w:after="60" w:line="240" w:lineRule="auto"/>
        <w:rPr>
          <w:rFonts w:ascii="Arial" w:hAnsi="Arial" w:cs="Arial"/>
          <w:sz w:val="20"/>
          <w:lang w:val="tr-TR"/>
        </w:rPr>
      </w:pPr>
      <w:r w:rsidRPr="00904B37">
        <w:rPr>
          <w:rFonts w:ascii="Arial" w:hAnsi="Arial" w:cs="Arial"/>
          <w:sz w:val="20"/>
          <w:lang w:val="tr-TR"/>
        </w:rPr>
        <w:t xml:space="preserve">Tarih: </w:t>
      </w:r>
      <w:proofErr w:type="gramStart"/>
      <w:r w:rsidRPr="00904B37">
        <w:rPr>
          <w:rFonts w:ascii="Arial" w:hAnsi="Arial" w:cs="Arial"/>
          <w:sz w:val="20"/>
          <w:lang w:val="tr-TR"/>
        </w:rPr>
        <w:t>......</w:t>
      </w:r>
      <w:proofErr w:type="gramEnd"/>
      <w:r w:rsidRPr="00904B37">
        <w:rPr>
          <w:rFonts w:ascii="Arial" w:hAnsi="Arial" w:cs="Arial"/>
          <w:sz w:val="20"/>
          <w:lang w:val="tr-TR"/>
        </w:rPr>
        <w:t xml:space="preserve"> / </w:t>
      </w:r>
      <w:proofErr w:type="gramStart"/>
      <w:r w:rsidRPr="00904B37">
        <w:rPr>
          <w:rFonts w:ascii="Arial" w:hAnsi="Arial" w:cs="Arial"/>
          <w:sz w:val="20"/>
          <w:lang w:val="tr-TR"/>
        </w:rPr>
        <w:t>......</w:t>
      </w:r>
      <w:proofErr w:type="gramEnd"/>
      <w:r w:rsidRPr="00904B37">
        <w:rPr>
          <w:rFonts w:ascii="Arial" w:hAnsi="Arial" w:cs="Arial"/>
          <w:sz w:val="20"/>
          <w:lang w:val="tr-TR"/>
        </w:rPr>
        <w:t xml:space="preserve"> / 20</w:t>
      </w:r>
      <w:proofErr w:type="gramStart"/>
      <w:r w:rsidRPr="00904B37">
        <w:rPr>
          <w:rFonts w:ascii="Arial" w:hAnsi="Arial" w:cs="Arial"/>
          <w:sz w:val="20"/>
          <w:lang w:val="tr-TR"/>
        </w:rPr>
        <w:t>......</w:t>
      </w:r>
      <w:proofErr w:type="gramEnd"/>
    </w:p>
    <w:sectPr w:rsidR="004701A8" w:rsidRPr="00904B37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E89" w:rsidRDefault="008B7E89" w:rsidP="000933A0">
      <w:pPr>
        <w:spacing w:after="0" w:line="240" w:lineRule="auto"/>
      </w:pPr>
      <w:r>
        <w:separator/>
      </w:r>
    </w:p>
  </w:endnote>
  <w:endnote w:type="continuationSeparator" w:id="0">
    <w:p w:rsidR="008B7E89" w:rsidRDefault="008B7E89" w:rsidP="0009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E89" w:rsidRDefault="008B7E89" w:rsidP="000933A0">
      <w:pPr>
        <w:spacing w:after="0" w:line="240" w:lineRule="auto"/>
      </w:pPr>
      <w:r>
        <w:separator/>
      </w:r>
    </w:p>
  </w:footnote>
  <w:footnote w:type="continuationSeparator" w:id="0">
    <w:p w:rsidR="008B7E89" w:rsidRDefault="008B7E89" w:rsidP="00093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A0" w:rsidRDefault="000933A0" w:rsidP="000933A0">
    <w:pPr>
      <w:pStyle w:val="stbilgi"/>
      <w:jc w:val="center"/>
    </w:pPr>
    <w:r>
      <w:rPr>
        <w:noProof/>
        <w:color w:val="000000"/>
        <w:lang w:val="tr-TR"/>
      </w:rPr>
      <w:drawing>
        <wp:inline distT="0" distB="0" distL="0" distR="0" wp14:anchorId="33776B2F" wp14:editId="0757CA83">
          <wp:extent cx="1047750" cy="1047750"/>
          <wp:effectExtent l="0" t="0" r="0" b="0"/>
          <wp:docPr id="2" name="image1.jpg" descr="C:\Users\hakan\AppData\Local\Microsoft\Windows\INetCache\Content.Word\oda-logo_kar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kan\AppData\Local\Microsoft\Windows\INetCache\Content.Word\oda-logo_kar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933A0" w:rsidRDefault="000933A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33A0"/>
    <w:rsid w:val="0015074B"/>
    <w:rsid w:val="0029639D"/>
    <w:rsid w:val="00326F90"/>
    <w:rsid w:val="004701A8"/>
    <w:rsid w:val="008B7E89"/>
    <w:rsid w:val="00904B37"/>
    <w:rsid w:val="00AA1D8D"/>
    <w:rsid w:val="00B47730"/>
    <w:rsid w:val="00CB0664"/>
    <w:rsid w:val="00CD0C64"/>
    <w:rsid w:val="00F849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93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3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093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3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DB9C7B-E677-458E-8620-2A3548B6B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Kütüphane</cp:lastModifiedBy>
  <cp:revision>2</cp:revision>
  <dcterms:created xsi:type="dcterms:W3CDTF">2026-09-03T06:22:00Z</dcterms:created>
  <dcterms:modified xsi:type="dcterms:W3CDTF">2026-09-03T06:22:00Z</dcterms:modified>
</cp:coreProperties>
</file>