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1A8" w:rsidRPr="00904B37" w:rsidRDefault="00606C87" w:rsidP="00CD0C64">
      <w:pPr>
        <w:jc w:val="center"/>
        <w:rPr>
          <w:rFonts w:ascii="Arial" w:hAnsi="Arial" w:cs="Arial"/>
          <w:b/>
          <w:lang w:val="tr-TR"/>
        </w:rPr>
      </w:pPr>
      <w:r w:rsidRPr="00904B37">
        <w:rPr>
          <w:rFonts w:ascii="Arial" w:hAnsi="Arial" w:cs="Arial"/>
          <w:b/>
          <w:lang w:val="tr-TR"/>
        </w:rPr>
        <w:t>EGE MİMARLIK DERGİSİ</w:t>
      </w:r>
      <w:r w:rsidRPr="00904B37">
        <w:rPr>
          <w:rFonts w:ascii="Arial" w:hAnsi="Arial" w:cs="Arial"/>
          <w:b/>
          <w:lang w:val="tr-TR"/>
        </w:rPr>
        <w:br/>
        <w:t>ÜRETKEN YAPAY ZEKÂ (ÜYZ) KULLANIMI BEYANI</w:t>
      </w:r>
    </w:p>
    <w:p w:rsidR="00CD0C64" w:rsidRPr="00904B37" w:rsidRDefault="00CD0C64" w:rsidP="00CD0C64">
      <w:pPr>
        <w:spacing w:after="80"/>
        <w:jc w:val="center"/>
        <w:rPr>
          <w:rFonts w:ascii="Arial" w:hAnsi="Arial" w:cs="Arial"/>
          <w:sz w:val="20"/>
          <w:lang w:val="tr-TR"/>
        </w:rPr>
      </w:pPr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b/>
          <w:sz w:val="20"/>
          <w:lang w:val="tr-TR"/>
        </w:rPr>
        <w:t xml:space="preserve">Makalenin Başlığı: </w:t>
      </w:r>
      <w:proofErr w:type="gramStart"/>
      <w:r w:rsidR="00CD0C64" w:rsidRPr="00904B37">
        <w:rPr>
          <w:rFonts w:ascii="Arial" w:hAnsi="Arial" w:cs="Arial"/>
          <w:b/>
          <w:sz w:val="20"/>
          <w:lang w:val="tr-TR"/>
        </w:rPr>
        <w:t>......</w:t>
      </w:r>
      <w:proofErr w:type="gramEnd"/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b/>
          <w:sz w:val="20"/>
          <w:lang w:val="tr-TR"/>
        </w:rPr>
        <w:t xml:space="preserve">Sorumlu Yazar: </w:t>
      </w:r>
      <w:proofErr w:type="gramStart"/>
      <w:r w:rsidRPr="00904B37">
        <w:rPr>
          <w:rFonts w:ascii="Arial" w:hAnsi="Arial" w:cs="Arial"/>
          <w:b/>
          <w:sz w:val="20"/>
          <w:lang w:val="tr-TR"/>
        </w:rPr>
        <w:t>......</w:t>
      </w:r>
      <w:proofErr w:type="gramEnd"/>
    </w:p>
    <w:p w:rsidR="004701A8" w:rsidRPr="00904B37" w:rsidRDefault="00CD0C64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b/>
          <w:sz w:val="20"/>
          <w:lang w:val="tr-TR"/>
        </w:rPr>
        <w:t>Gönderim Tarihi: ...</w:t>
      </w:r>
      <w:r w:rsidR="00606C87" w:rsidRPr="00904B37">
        <w:rPr>
          <w:rFonts w:ascii="Arial" w:hAnsi="Arial" w:cs="Arial"/>
          <w:b/>
          <w:sz w:val="20"/>
          <w:lang w:val="tr-TR"/>
        </w:rPr>
        <w:t xml:space="preserve"> / </w:t>
      </w:r>
      <w:r w:rsidRPr="00904B37">
        <w:rPr>
          <w:rFonts w:ascii="Arial" w:hAnsi="Arial" w:cs="Arial"/>
          <w:b/>
          <w:sz w:val="20"/>
          <w:lang w:val="tr-TR"/>
        </w:rPr>
        <w:t>... / 20…</w:t>
      </w:r>
    </w:p>
    <w:p w:rsidR="004701A8" w:rsidRPr="00904B37" w:rsidRDefault="004701A8" w:rsidP="00CD0C64">
      <w:pPr>
        <w:spacing w:after="80"/>
        <w:rPr>
          <w:rFonts w:ascii="Arial" w:hAnsi="Arial" w:cs="Arial"/>
          <w:sz w:val="20"/>
          <w:lang w:val="tr-TR"/>
        </w:rPr>
      </w:pPr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sz w:val="20"/>
          <w:lang w:val="tr-TR"/>
        </w:rPr>
        <w:t>Bu makale</w:t>
      </w:r>
      <w:r w:rsidR="00CD0C64" w:rsidRPr="00904B37">
        <w:rPr>
          <w:rFonts w:ascii="Arial" w:hAnsi="Arial" w:cs="Arial"/>
          <w:sz w:val="20"/>
          <w:lang w:val="tr-TR"/>
        </w:rPr>
        <w:t>nin</w:t>
      </w:r>
      <w:r w:rsidRPr="00904B37">
        <w:rPr>
          <w:rFonts w:ascii="Arial" w:hAnsi="Arial" w:cs="Arial"/>
          <w:sz w:val="20"/>
          <w:lang w:val="tr-TR"/>
        </w:rPr>
        <w:t xml:space="preserve"> hazırl</w:t>
      </w:r>
      <w:r w:rsidR="00CD0C64" w:rsidRPr="00904B37">
        <w:rPr>
          <w:rFonts w:ascii="Arial" w:hAnsi="Arial" w:cs="Arial"/>
          <w:sz w:val="20"/>
          <w:lang w:val="tr-TR"/>
        </w:rPr>
        <w:t xml:space="preserve">ık sürecinde </w:t>
      </w:r>
      <w:r w:rsidRPr="00904B37">
        <w:rPr>
          <w:rFonts w:ascii="Arial" w:hAnsi="Arial" w:cs="Arial"/>
          <w:sz w:val="20"/>
          <w:lang w:val="tr-TR"/>
        </w:rPr>
        <w:t>üretken yapay zekâ araçlarının kullanım durumunu aşağıda beyan ederim.</w:t>
      </w:r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MS Gothic" w:eastAsia="MS Gothic" w:hAnsi="MS Gothic" w:cs="MS Gothic"/>
          <w:sz w:val="20"/>
          <w:lang w:val="tr-TR"/>
        </w:rPr>
        <w:t>☐</w:t>
      </w:r>
      <w:r w:rsidRPr="00904B37">
        <w:rPr>
          <w:rFonts w:ascii="Arial" w:hAnsi="Arial" w:cs="Arial"/>
          <w:sz w:val="20"/>
          <w:lang w:val="tr-TR"/>
        </w:rPr>
        <w:t xml:space="preserve"> </w:t>
      </w:r>
      <w:r w:rsidR="00904B37">
        <w:rPr>
          <w:rFonts w:ascii="Arial" w:hAnsi="Arial" w:cs="Arial"/>
          <w:sz w:val="20"/>
          <w:lang w:val="tr-TR"/>
        </w:rPr>
        <w:t>K</w:t>
      </w:r>
      <w:r w:rsidRPr="00904B37">
        <w:rPr>
          <w:rFonts w:ascii="Arial" w:hAnsi="Arial" w:cs="Arial"/>
          <w:sz w:val="20"/>
          <w:lang w:val="tr-TR"/>
        </w:rPr>
        <w:t>ullanılmadı.</w:t>
      </w:r>
    </w:p>
    <w:p w:rsid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MS Gothic" w:eastAsia="MS Gothic" w:hAnsi="MS Gothic" w:cs="MS Gothic"/>
          <w:sz w:val="20"/>
          <w:lang w:val="tr-TR"/>
        </w:rPr>
        <w:t>☐</w:t>
      </w:r>
      <w:r w:rsidR="00904B37">
        <w:rPr>
          <w:rFonts w:ascii="Arial" w:hAnsi="Arial" w:cs="Arial"/>
          <w:sz w:val="20"/>
          <w:lang w:val="tr-TR"/>
        </w:rPr>
        <w:t xml:space="preserve"> K</w:t>
      </w:r>
      <w:r w:rsidRPr="00904B37">
        <w:rPr>
          <w:rFonts w:ascii="Arial" w:hAnsi="Arial" w:cs="Arial"/>
          <w:sz w:val="20"/>
          <w:lang w:val="tr-TR"/>
        </w:rPr>
        <w:t>ullanıldı.</w:t>
      </w:r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sz w:val="20"/>
          <w:lang w:val="tr-TR"/>
        </w:rPr>
        <w:t>Kullanılan araç(</w:t>
      </w:r>
      <w:proofErr w:type="spellStart"/>
      <w:r w:rsidRPr="00904B37">
        <w:rPr>
          <w:rFonts w:ascii="Arial" w:hAnsi="Arial" w:cs="Arial"/>
          <w:sz w:val="20"/>
          <w:lang w:val="tr-TR"/>
        </w:rPr>
        <w:t>lar</w:t>
      </w:r>
      <w:proofErr w:type="spellEnd"/>
      <w:r w:rsidRPr="00904B37">
        <w:rPr>
          <w:rFonts w:ascii="Arial" w:hAnsi="Arial" w:cs="Arial"/>
          <w:sz w:val="20"/>
          <w:lang w:val="tr-TR"/>
        </w:rPr>
        <w:t xml:space="preserve">): </w:t>
      </w:r>
      <w:proofErr w:type="gramStart"/>
      <w:r w:rsidRPr="00904B37">
        <w:rPr>
          <w:rFonts w:ascii="Arial" w:hAnsi="Arial" w:cs="Arial"/>
          <w:sz w:val="20"/>
          <w:lang w:val="tr-TR"/>
        </w:rPr>
        <w:t>............................................................</w:t>
      </w:r>
      <w:proofErr w:type="gramEnd"/>
    </w:p>
    <w:p w:rsidR="00904B37" w:rsidRDefault="00904B37" w:rsidP="00CD0C64">
      <w:pPr>
        <w:spacing w:after="80"/>
        <w:rPr>
          <w:rFonts w:ascii="Arial" w:hAnsi="Arial" w:cs="Arial"/>
          <w:sz w:val="20"/>
          <w:lang w:val="tr-TR"/>
        </w:rPr>
      </w:pPr>
    </w:p>
    <w:p w:rsid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sz w:val="20"/>
          <w:lang w:val="tr-TR"/>
        </w:rPr>
        <w:t>Kullanım amacı (uygun olanları işaretleyiniz):</w:t>
      </w:r>
      <w:r w:rsidRPr="00904B37">
        <w:rPr>
          <w:rFonts w:ascii="Arial" w:hAnsi="Arial" w:cs="Arial"/>
          <w:sz w:val="20"/>
          <w:lang w:val="tr-TR"/>
        </w:rPr>
        <w:br/>
      </w:r>
      <w:r w:rsidRPr="00904B37">
        <w:rPr>
          <w:rFonts w:ascii="MS Gothic" w:eastAsia="MS Gothic" w:hAnsi="MS Gothic" w:cs="MS Gothic"/>
          <w:sz w:val="20"/>
          <w:lang w:val="tr-TR"/>
        </w:rPr>
        <w:t>☐</w:t>
      </w:r>
      <w:r w:rsidRPr="00904B37">
        <w:rPr>
          <w:rFonts w:ascii="Arial" w:hAnsi="Arial" w:cs="Arial"/>
          <w:sz w:val="20"/>
          <w:lang w:val="tr-TR"/>
        </w:rPr>
        <w:t xml:space="preserve"> Dil bilgisi / yazım denetimi</w:t>
      </w:r>
      <w:r w:rsidRPr="00904B37">
        <w:rPr>
          <w:rFonts w:ascii="Arial" w:hAnsi="Arial" w:cs="Arial"/>
          <w:sz w:val="20"/>
          <w:lang w:val="tr-TR"/>
        </w:rPr>
        <w:br/>
      </w:r>
      <w:r w:rsidRPr="00904B37">
        <w:rPr>
          <w:rFonts w:ascii="MS Gothic" w:eastAsia="MS Gothic" w:hAnsi="MS Gothic" w:cs="MS Gothic"/>
          <w:sz w:val="20"/>
          <w:lang w:val="tr-TR"/>
        </w:rPr>
        <w:t>☐</w:t>
      </w:r>
      <w:r w:rsidRPr="00904B37">
        <w:rPr>
          <w:rFonts w:ascii="Arial" w:hAnsi="Arial" w:cs="Arial"/>
          <w:sz w:val="20"/>
          <w:lang w:val="tr-TR"/>
        </w:rPr>
        <w:t xml:space="preserve"> Üslup düzenlemesi</w:t>
      </w:r>
      <w:r w:rsidRPr="00904B37">
        <w:rPr>
          <w:rFonts w:ascii="Arial" w:hAnsi="Arial" w:cs="Arial"/>
          <w:sz w:val="20"/>
          <w:lang w:val="tr-TR"/>
        </w:rPr>
        <w:br/>
      </w:r>
      <w:r w:rsidRPr="00904B37">
        <w:rPr>
          <w:rFonts w:ascii="MS Gothic" w:eastAsia="MS Gothic" w:hAnsi="MS Gothic" w:cs="MS Gothic"/>
          <w:sz w:val="20"/>
          <w:lang w:val="tr-TR"/>
        </w:rPr>
        <w:t>☐</w:t>
      </w:r>
      <w:r w:rsidRPr="00904B37">
        <w:rPr>
          <w:rFonts w:ascii="Arial" w:hAnsi="Arial" w:cs="Arial"/>
          <w:sz w:val="20"/>
          <w:lang w:val="tr-TR"/>
        </w:rPr>
        <w:t xml:space="preserve"> Çeviri desteği</w:t>
      </w:r>
      <w:r w:rsidRPr="00904B37">
        <w:rPr>
          <w:rFonts w:ascii="Arial" w:hAnsi="Arial" w:cs="Arial"/>
          <w:sz w:val="20"/>
          <w:lang w:val="tr-TR"/>
        </w:rPr>
        <w:br/>
      </w:r>
      <w:r w:rsidRPr="00904B37">
        <w:rPr>
          <w:rFonts w:ascii="MS Gothic" w:eastAsia="MS Gothic" w:hAnsi="MS Gothic" w:cs="MS Gothic"/>
          <w:sz w:val="20"/>
          <w:lang w:val="tr-TR"/>
        </w:rPr>
        <w:t>☐</w:t>
      </w:r>
      <w:r w:rsidRPr="00904B37">
        <w:rPr>
          <w:rFonts w:ascii="Arial" w:hAnsi="Arial" w:cs="Arial"/>
          <w:sz w:val="20"/>
          <w:lang w:val="tr-TR"/>
        </w:rPr>
        <w:t xml:space="preserve"> Özetleme</w:t>
      </w:r>
      <w:r w:rsidRPr="00904B37">
        <w:rPr>
          <w:rFonts w:ascii="Arial" w:hAnsi="Arial" w:cs="Arial"/>
          <w:sz w:val="20"/>
          <w:lang w:val="tr-TR"/>
        </w:rPr>
        <w:br/>
      </w:r>
      <w:r w:rsidRPr="00904B37">
        <w:rPr>
          <w:rFonts w:ascii="MS Gothic" w:eastAsia="MS Gothic" w:hAnsi="MS Gothic" w:cs="MS Gothic"/>
          <w:sz w:val="20"/>
          <w:lang w:val="tr-TR"/>
        </w:rPr>
        <w:t>☐</w:t>
      </w:r>
      <w:r w:rsidRPr="00904B37">
        <w:rPr>
          <w:rFonts w:ascii="Arial" w:hAnsi="Arial" w:cs="Arial"/>
          <w:sz w:val="20"/>
          <w:lang w:val="tr-TR"/>
        </w:rPr>
        <w:t xml:space="preserve"> Literatür taramasın</w:t>
      </w:r>
      <w:r w:rsidR="00CD0C64" w:rsidRPr="00904B37">
        <w:rPr>
          <w:rFonts w:ascii="Arial" w:hAnsi="Arial" w:cs="Arial"/>
          <w:sz w:val="20"/>
          <w:lang w:val="tr-TR"/>
        </w:rPr>
        <w:t>ı yönlendirme</w:t>
      </w:r>
      <w:r w:rsidRPr="00904B37">
        <w:rPr>
          <w:rFonts w:ascii="Arial" w:hAnsi="Arial" w:cs="Arial"/>
          <w:sz w:val="20"/>
          <w:lang w:val="tr-TR"/>
        </w:rPr>
        <w:br/>
      </w:r>
      <w:r w:rsidRPr="00904B37">
        <w:rPr>
          <w:rFonts w:ascii="MS Gothic" w:eastAsia="MS Gothic" w:hAnsi="MS Gothic" w:cs="MS Gothic"/>
          <w:sz w:val="20"/>
          <w:lang w:val="tr-TR"/>
        </w:rPr>
        <w:t>☐</w:t>
      </w:r>
      <w:r w:rsidRPr="00904B37">
        <w:rPr>
          <w:rFonts w:ascii="Arial" w:hAnsi="Arial" w:cs="Arial"/>
          <w:sz w:val="20"/>
          <w:lang w:val="tr-TR"/>
        </w:rPr>
        <w:t xml:space="preserve"> Görsel / diyagram üretimi</w:t>
      </w:r>
      <w:r w:rsidRPr="00904B37">
        <w:rPr>
          <w:rFonts w:ascii="Arial" w:hAnsi="Arial" w:cs="Arial"/>
          <w:sz w:val="20"/>
          <w:lang w:val="tr-TR"/>
        </w:rPr>
        <w:br/>
      </w:r>
      <w:r w:rsidRPr="00904B37">
        <w:rPr>
          <w:rFonts w:ascii="MS Gothic" w:eastAsia="MS Gothic" w:hAnsi="MS Gothic" w:cs="MS Gothic"/>
          <w:sz w:val="20"/>
          <w:lang w:val="tr-TR"/>
        </w:rPr>
        <w:t>☐</w:t>
      </w:r>
      <w:r w:rsidRPr="00904B37">
        <w:rPr>
          <w:rFonts w:ascii="Arial" w:hAnsi="Arial" w:cs="Arial"/>
          <w:sz w:val="20"/>
          <w:lang w:val="tr-TR"/>
        </w:rPr>
        <w:t xml:space="preserve"> Veri görselleştirme</w:t>
      </w:r>
      <w:r w:rsidRPr="00904B37">
        <w:rPr>
          <w:rFonts w:ascii="Arial" w:hAnsi="Arial" w:cs="Arial"/>
          <w:sz w:val="20"/>
          <w:lang w:val="tr-TR"/>
        </w:rPr>
        <w:br/>
      </w:r>
      <w:r w:rsidRPr="00904B37">
        <w:rPr>
          <w:rFonts w:ascii="MS Gothic" w:eastAsia="MS Gothic" w:hAnsi="MS Gothic" w:cs="MS Gothic"/>
          <w:sz w:val="20"/>
          <w:lang w:val="tr-TR"/>
        </w:rPr>
        <w:t>☐</w:t>
      </w:r>
      <w:r w:rsidRPr="00904B37">
        <w:rPr>
          <w:rFonts w:ascii="Arial" w:hAnsi="Arial" w:cs="Arial"/>
          <w:sz w:val="20"/>
          <w:lang w:val="tr-TR"/>
        </w:rPr>
        <w:t xml:space="preserve"> Diğer: </w:t>
      </w:r>
      <w:proofErr w:type="gramStart"/>
      <w:r w:rsidRPr="00904B37">
        <w:rPr>
          <w:rFonts w:ascii="Arial" w:hAnsi="Arial" w:cs="Arial"/>
          <w:sz w:val="20"/>
          <w:lang w:val="tr-TR"/>
        </w:rPr>
        <w:t>............................................................</w:t>
      </w:r>
      <w:proofErr w:type="gramEnd"/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sz w:val="20"/>
          <w:lang w:val="tr-TR"/>
        </w:rPr>
        <w:t>Makalenin hangi bölümünde kullanıldığı (kısa açıklama):</w:t>
      </w:r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proofErr w:type="gramStart"/>
      <w:r w:rsidRPr="00904B37">
        <w:rPr>
          <w:rFonts w:ascii="Arial" w:hAnsi="Arial" w:cs="Arial"/>
          <w:sz w:val="20"/>
          <w:lang w:val="tr-TR"/>
        </w:rPr>
        <w:t>....................................................................................</w:t>
      </w:r>
      <w:proofErr w:type="gramEnd"/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proofErr w:type="gramStart"/>
      <w:r w:rsidRPr="00904B37">
        <w:rPr>
          <w:rFonts w:ascii="Arial" w:hAnsi="Arial" w:cs="Arial"/>
          <w:sz w:val="20"/>
          <w:lang w:val="tr-TR"/>
        </w:rPr>
        <w:t>....................................................................................</w:t>
      </w:r>
      <w:proofErr w:type="gramEnd"/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proofErr w:type="gramStart"/>
      <w:r w:rsidRPr="00904B37">
        <w:rPr>
          <w:rFonts w:ascii="Arial" w:hAnsi="Arial" w:cs="Arial"/>
          <w:sz w:val="20"/>
          <w:lang w:val="tr-TR"/>
        </w:rPr>
        <w:t>....................................................................................</w:t>
      </w:r>
      <w:proofErr w:type="gramEnd"/>
    </w:p>
    <w:p w:rsidR="00CD0C64" w:rsidRPr="00904B37" w:rsidRDefault="00CD0C64" w:rsidP="00CD0C64">
      <w:pPr>
        <w:spacing w:after="80"/>
        <w:rPr>
          <w:rFonts w:ascii="Arial" w:hAnsi="Arial" w:cs="Arial"/>
          <w:sz w:val="20"/>
          <w:lang w:val="tr-TR"/>
        </w:rPr>
      </w:pPr>
      <w:bookmarkStart w:id="0" w:name="_GoBack"/>
      <w:bookmarkEnd w:id="0"/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b/>
          <w:sz w:val="20"/>
          <w:lang w:val="tr-TR"/>
        </w:rPr>
        <w:t>Yazar Sorumluluk Beyanı</w:t>
      </w:r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sz w:val="20"/>
          <w:lang w:val="tr-TR"/>
        </w:rPr>
        <w:t>ÜYZ kullanılmış olsa dahi makalenin tüm içeriğinin doğruluğu, özgünlüğü, etik uygunluğu ve bilimsel sorumluluğu tarafım</w:t>
      </w:r>
      <w:r w:rsidR="002104AC">
        <w:rPr>
          <w:rFonts w:ascii="Arial" w:hAnsi="Arial" w:cs="Arial"/>
          <w:sz w:val="20"/>
          <w:lang w:val="tr-TR"/>
        </w:rPr>
        <w:t>(</w:t>
      </w:r>
      <w:proofErr w:type="spellStart"/>
      <w:r w:rsidR="002104AC">
        <w:rPr>
          <w:rFonts w:ascii="Arial" w:hAnsi="Arial" w:cs="Arial"/>
          <w:sz w:val="20"/>
          <w:lang w:val="tr-TR"/>
        </w:rPr>
        <w:t>ız</w:t>
      </w:r>
      <w:proofErr w:type="spellEnd"/>
      <w:r w:rsidR="002104AC">
        <w:rPr>
          <w:rFonts w:ascii="Arial" w:hAnsi="Arial" w:cs="Arial"/>
          <w:sz w:val="20"/>
          <w:lang w:val="tr-TR"/>
        </w:rPr>
        <w:t>)</w:t>
      </w:r>
      <w:r w:rsidRPr="00904B37">
        <w:rPr>
          <w:rFonts w:ascii="Arial" w:hAnsi="Arial" w:cs="Arial"/>
          <w:sz w:val="20"/>
          <w:lang w:val="tr-TR"/>
        </w:rPr>
        <w:t xml:space="preserve">a aittir. </w:t>
      </w:r>
      <w:r w:rsidR="00CD0C64" w:rsidRPr="00904B37">
        <w:rPr>
          <w:rFonts w:ascii="Arial" w:hAnsi="Arial" w:cs="Arial"/>
          <w:sz w:val="20"/>
          <w:lang w:val="tr-TR"/>
        </w:rPr>
        <w:t>ÜYZ araçlarının sağladığı bilgilerin doğruluğunun tarafım(</w:t>
      </w:r>
      <w:proofErr w:type="spellStart"/>
      <w:r w:rsidR="00CD0C64" w:rsidRPr="00904B37">
        <w:rPr>
          <w:rFonts w:ascii="Arial" w:hAnsi="Arial" w:cs="Arial"/>
          <w:sz w:val="20"/>
          <w:lang w:val="tr-TR"/>
        </w:rPr>
        <w:t>ız</w:t>
      </w:r>
      <w:proofErr w:type="spellEnd"/>
      <w:r w:rsidR="00CD0C64" w:rsidRPr="00904B37">
        <w:rPr>
          <w:rFonts w:ascii="Arial" w:hAnsi="Arial" w:cs="Arial"/>
          <w:sz w:val="20"/>
          <w:lang w:val="tr-TR"/>
        </w:rPr>
        <w:t>)</w:t>
      </w:r>
      <w:proofErr w:type="spellStart"/>
      <w:r w:rsidR="00CD0C64" w:rsidRPr="00904B37">
        <w:rPr>
          <w:rFonts w:ascii="Arial" w:hAnsi="Arial" w:cs="Arial"/>
          <w:sz w:val="20"/>
          <w:lang w:val="tr-TR"/>
        </w:rPr>
        <w:t>ca</w:t>
      </w:r>
      <w:proofErr w:type="spellEnd"/>
      <w:r w:rsidR="00CD0C64" w:rsidRPr="00904B37">
        <w:rPr>
          <w:rFonts w:ascii="Arial" w:hAnsi="Arial" w:cs="Arial"/>
          <w:sz w:val="20"/>
          <w:lang w:val="tr-TR"/>
        </w:rPr>
        <w:t xml:space="preserve"> kontrol edildiğini;</w:t>
      </w:r>
      <w:r w:rsidR="00904B37">
        <w:rPr>
          <w:rFonts w:ascii="Arial" w:hAnsi="Arial" w:cs="Arial"/>
          <w:sz w:val="20"/>
          <w:lang w:val="tr-TR"/>
        </w:rPr>
        <w:t xml:space="preserve"> makalenin yayın etiğine uygun</w:t>
      </w:r>
      <w:r w:rsidR="00617603">
        <w:rPr>
          <w:rFonts w:ascii="Arial" w:hAnsi="Arial" w:cs="Arial"/>
          <w:sz w:val="20"/>
          <w:lang w:val="tr-TR"/>
        </w:rPr>
        <w:t xml:space="preserve"> olduğun</w:t>
      </w:r>
      <w:r w:rsidR="00904B37">
        <w:rPr>
          <w:rFonts w:ascii="Arial" w:hAnsi="Arial" w:cs="Arial"/>
          <w:sz w:val="20"/>
          <w:lang w:val="tr-TR"/>
        </w:rPr>
        <w:t xml:space="preserve">u; </w:t>
      </w:r>
      <w:r w:rsidR="00CD0C64" w:rsidRPr="00904B37">
        <w:rPr>
          <w:rFonts w:ascii="Arial" w:hAnsi="Arial" w:cs="Arial"/>
          <w:sz w:val="20"/>
          <w:lang w:val="tr-TR"/>
        </w:rPr>
        <w:t xml:space="preserve">çalışmayla ilgili bu beyana aykırı bir durumun herhangi bir zamanda tespiti durumunda </w:t>
      </w:r>
      <w:r w:rsidR="00617603">
        <w:rPr>
          <w:rFonts w:ascii="Arial" w:hAnsi="Arial" w:cs="Arial"/>
          <w:sz w:val="20"/>
          <w:lang w:val="tr-TR"/>
        </w:rPr>
        <w:t>akademik</w:t>
      </w:r>
      <w:r w:rsidR="00904B37">
        <w:rPr>
          <w:rFonts w:ascii="Arial" w:hAnsi="Arial" w:cs="Arial"/>
          <w:sz w:val="20"/>
          <w:lang w:val="tr-TR"/>
        </w:rPr>
        <w:t xml:space="preserve"> ve hukuki sonuçları ka</w:t>
      </w:r>
      <w:r w:rsidR="00617603">
        <w:rPr>
          <w:rFonts w:ascii="Arial" w:hAnsi="Arial" w:cs="Arial"/>
          <w:sz w:val="20"/>
          <w:lang w:val="tr-TR"/>
        </w:rPr>
        <w:t>bul edeceğimi(</w:t>
      </w:r>
      <w:proofErr w:type="spellStart"/>
      <w:r w:rsidR="00617603">
        <w:rPr>
          <w:rFonts w:ascii="Arial" w:hAnsi="Arial" w:cs="Arial"/>
          <w:sz w:val="20"/>
          <w:lang w:val="tr-TR"/>
        </w:rPr>
        <w:t>zi</w:t>
      </w:r>
      <w:proofErr w:type="spellEnd"/>
      <w:r w:rsidR="00617603">
        <w:rPr>
          <w:rFonts w:ascii="Arial" w:hAnsi="Arial" w:cs="Arial"/>
          <w:sz w:val="20"/>
          <w:lang w:val="tr-TR"/>
        </w:rPr>
        <w:t>) beyan ederim.</w:t>
      </w:r>
    </w:p>
    <w:p w:rsidR="004701A8" w:rsidRPr="00904B37" w:rsidRDefault="004701A8" w:rsidP="00CD0C64">
      <w:pPr>
        <w:spacing w:after="80"/>
        <w:rPr>
          <w:rFonts w:ascii="Arial" w:hAnsi="Arial" w:cs="Arial"/>
          <w:sz w:val="20"/>
          <w:lang w:val="tr-TR"/>
        </w:rPr>
      </w:pPr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sz w:val="20"/>
          <w:lang w:val="tr-TR"/>
        </w:rPr>
        <w:t>Sorumlu Yazar</w:t>
      </w:r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sz w:val="20"/>
          <w:lang w:val="tr-TR"/>
        </w:rPr>
        <w:t xml:space="preserve">Adı Soyadı: </w:t>
      </w:r>
      <w:proofErr w:type="gramStart"/>
      <w:r w:rsidRPr="00904B37">
        <w:rPr>
          <w:rFonts w:ascii="Arial" w:hAnsi="Arial" w:cs="Arial"/>
          <w:sz w:val="20"/>
          <w:lang w:val="tr-TR"/>
        </w:rPr>
        <w:t>............................................................</w:t>
      </w:r>
      <w:proofErr w:type="gramEnd"/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sz w:val="20"/>
          <w:lang w:val="tr-TR"/>
        </w:rPr>
        <w:t xml:space="preserve">İmza: </w:t>
      </w:r>
      <w:proofErr w:type="gramStart"/>
      <w:r w:rsidRPr="00904B37">
        <w:rPr>
          <w:rFonts w:ascii="Arial" w:hAnsi="Arial" w:cs="Arial"/>
          <w:sz w:val="20"/>
          <w:lang w:val="tr-TR"/>
        </w:rPr>
        <w:t>............................................................</w:t>
      </w:r>
      <w:proofErr w:type="gramEnd"/>
    </w:p>
    <w:p w:rsidR="004701A8" w:rsidRPr="00904B37" w:rsidRDefault="00606C87" w:rsidP="00CD0C64">
      <w:pPr>
        <w:spacing w:after="80"/>
        <w:rPr>
          <w:rFonts w:ascii="Arial" w:hAnsi="Arial" w:cs="Arial"/>
          <w:sz w:val="20"/>
          <w:lang w:val="tr-TR"/>
        </w:rPr>
      </w:pPr>
      <w:r w:rsidRPr="00904B37">
        <w:rPr>
          <w:rFonts w:ascii="Arial" w:hAnsi="Arial" w:cs="Arial"/>
          <w:sz w:val="20"/>
          <w:lang w:val="tr-TR"/>
        </w:rPr>
        <w:t xml:space="preserve">Tarih: </w:t>
      </w:r>
      <w:proofErr w:type="gramStart"/>
      <w:r w:rsidRPr="00904B37">
        <w:rPr>
          <w:rFonts w:ascii="Arial" w:hAnsi="Arial" w:cs="Arial"/>
          <w:sz w:val="20"/>
          <w:lang w:val="tr-TR"/>
        </w:rPr>
        <w:t>......</w:t>
      </w:r>
      <w:proofErr w:type="gramEnd"/>
      <w:r w:rsidRPr="00904B37">
        <w:rPr>
          <w:rFonts w:ascii="Arial" w:hAnsi="Arial" w:cs="Arial"/>
          <w:sz w:val="20"/>
          <w:lang w:val="tr-TR"/>
        </w:rPr>
        <w:t xml:space="preserve"> / </w:t>
      </w:r>
      <w:proofErr w:type="gramStart"/>
      <w:r w:rsidRPr="00904B37">
        <w:rPr>
          <w:rFonts w:ascii="Arial" w:hAnsi="Arial" w:cs="Arial"/>
          <w:sz w:val="20"/>
          <w:lang w:val="tr-TR"/>
        </w:rPr>
        <w:t>......</w:t>
      </w:r>
      <w:proofErr w:type="gramEnd"/>
      <w:r w:rsidRPr="00904B37">
        <w:rPr>
          <w:rFonts w:ascii="Arial" w:hAnsi="Arial" w:cs="Arial"/>
          <w:sz w:val="20"/>
          <w:lang w:val="tr-TR"/>
        </w:rPr>
        <w:t xml:space="preserve"> / 20</w:t>
      </w:r>
      <w:proofErr w:type="gramStart"/>
      <w:r w:rsidRPr="00904B37">
        <w:rPr>
          <w:rFonts w:ascii="Arial" w:hAnsi="Arial" w:cs="Arial"/>
          <w:sz w:val="20"/>
          <w:lang w:val="tr-TR"/>
        </w:rPr>
        <w:t>......</w:t>
      </w:r>
      <w:proofErr w:type="gramEnd"/>
    </w:p>
    <w:sectPr w:rsidR="004701A8" w:rsidRPr="00904B3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104AC"/>
    <w:rsid w:val="0029639D"/>
    <w:rsid w:val="00326F90"/>
    <w:rsid w:val="00405614"/>
    <w:rsid w:val="004701A8"/>
    <w:rsid w:val="00606C87"/>
    <w:rsid w:val="00617603"/>
    <w:rsid w:val="007F2E0A"/>
    <w:rsid w:val="00904B37"/>
    <w:rsid w:val="00AA1D8D"/>
    <w:rsid w:val="00B47730"/>
    <w:rsid w:val="00CB0664"/>
    <w:rsid w:val="00CD0C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C0FF3F-0735-4929-BAFE-0559DA8AA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Kütüphane</cp:lastModifiedBy>
  <cp:revision>6</cp:revision>
  <dcterms:created xsi:type="dcterms:W3CDTF">2026-08-12T10:54:00Z</dcterms:created>
  <dcterms:modified xsi:type="dcterms:W3CDTF">2026-08-12T11:06:00Z</dcterms:modified>
</cp:coreProperties>
</file>